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rPr>
          <w:rFonts w:ascii="맑은 고딕" w:hAnsi="맑은 고딕" w:eastAsia="맑은 고딕"/>
          <w:b/>
          <w:color w:val="222222"/>
          <w:sz w:val="40"/>
        </w:rPr>
        <w:t>개인정보 수집 이용 동의서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수집 항목과 보유기간, 거부 시 제한 사항을 센터가 먼저 작성해 안내하세요.</w:t>
        <w:br/>
        <w:t>각 동의 칸은 따로 선택합니다. 건강·신체 정보는 별도 동의한 범위에서만 기록합니다.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개인정보처리자(센터) ____________________  문의 연락처 ____________________</w:t>
      </w:r>
    </w:p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일반 개인정보 수집 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수집 항목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성명, 연락처</w:t>
              <w:br/>
              <w:t>추가 항목(필요한 경우만) _________________________________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이용 목적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회원 확인, 상담·세션 일정 연락 및 이용 내역 관리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보유기간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_______________________________________________________</w:t>
              <w:br/>
              <w:t>기간 종료 또는 목적 달성 시 파기합니다. 다른 법령에 따른</w:t>
              <w:br/>
              <w:t>보관이 필요하면 대상·근거·기간을 별도로 안내합니다.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거부 권리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동의를 거부할 수 있습니다. 거부 시 제한되는 업무는</w:t>
              <w:br/>
              <w:t>_______________________________________________________</w:t>
              <w:br/>
              <w:t>센터가 구체적으로 설명합니다.</w:t>
            </w:r>
          </w:p>
        </w:tc>
      </w:tr>
    </w:tbl>
    <w:p>
      <w:r>
        <w:rPr>
          <w:rFonts w:ascii="맑은 고딕" w:hAnsi="맑은 고딕" w:eastAsia="맑은 고딕"/>
          <w:b/>
          <w:color w:val="222222"/>
          <w:sz w:val="19"/>
        </w:rPr>
        <w:t>일반 개인정보 수집·이용   □ 동의함   □ 동의하지 않음</w:t>
      </w:r>
    </w:p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민감정보 수집 이용 별도 동의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수집 항목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상담에서 본인이 제공한 통증·불편 위치와 기간,</w:t>
              <w:br/>
              <w:t>건강·신체 상태 관련 상담 메모</w:t>
              <w:br/>
              <w:t>실제 수집 범위 _________________________________________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이용 목적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회원이 설명한 불편을 이해하고 상담·수업 중 안전을</w:t>
              <w:br/>
              <w:t>확인하기 위한 기록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보유기간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_______________________________________________________</w:t>
              <w:br/>
              <w:t>기간 종료 또는 목적 달성 시 파기합니다.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거부 권리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40" w:after="4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별도로 동의를 거부할 수 있습니다. 거부 시 해당 정보를</w:t>
              <w:br/>
              <w:t>수집하지 않으며, 제한되는 상담·수업 범위를 안내합니다.</w:t>
              <w:br/>
              <w:t>구체적인 제한 _________________________________________</w:t>
            </w:r>
          </w:p>
        </w:tc>
      </w:tr>
    </w:tbl>
    <w:p>
      <w:r>
        <w:rPr>
          <w:rFonts w:ascii="맑은 고딕" w:hAnsi="맑은 고딕" w:eastAsia="맑은 고딕"/>
          <w:b/>
          <w:color w:val="222222"/>
          <w:sz w:val="19"/>
        </w:rPr>
        <w:t>민감정보 수집·이용   □ 동의함   □ 동의하지 않음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동의 철회·열람·정정·삭제 등 문의는 위 센터 연락처로 요청할 수 있습니다.</w:t>
        <w:br/>
        <w:t>이 서식에는 제3자 제공·홍보 수신·사진 공개 동의가 포함되어 있지 않습니다.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작성일 ______ 년 ____ 월 ____ 일</w:t>
        <w:br/>
        <w:t>성명 ____________________  서명 ____________________</w:t>
      </w:r>
    </w:p>
    <w:sectPr w:rsidR="00FC693F" w:rsidRPr="0006063C" w:rsidSect="00034616">
      <w:footerReference w:type="default" r:id="rId9"/>
      <w:pgSz w:w="11906" w:h="16838"/>
      <w:pgMar w:top="964" w:right="1134" w:bottom="113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b w:val="0"/>
        <w:color w:val="222222"/>
        <w:sz w:val="14"/>
      </w:rPr>
      <w:t>참고용 서식입니다. 센터 상황에 맞게 수정하고, 법적 효력은 전문가 확인을 권장합니다.</w:t>
    </w:r>
    <w:r>
      <w:rPr>
        <w:rFonts w:ascii="맑은 고딕" w:hAnsi="맑은 고딕" w:eastAsia="맑은 고딕"/>
        <w:b w:val="0"/>
        <w:color w:val="222222"/>
        <w:sz w:val="16"/>
      </w:rPr>
      <w:br/>
      <w:t>bodymiso.com/pro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맑은 고딕" w:hAnsi="맑은 고딕" w:eastAsia="맑은 고딕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 이용 동의서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